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tag w:val="goog_rdk_4"/>
        <w:id w:val="-847450062"/>
      </w:sdtPr>
      <w:sdtContent>
        <w:p w14:paraId="00000001" w14:textId="77777777" w:rsidR="00E87710" w:rsidRDefault="00000000" w:rsidP="001D73C1">
          <w:pPr>
            <w:jc w:val="center"/>
          </w:pPr>
          <w:sdt>
            <w:sdtPr>
              <w:rPr>
                <w:rFonts w:ascii="Calibri" w:hAnsi="Calibri" w:cs="Calibri"/>
              </w:rPr>
              <w:tag w:val="goog_rdk_1"/>
              <w:id w:val="198680372"/>
            </w:sdtPr>
            <w:sdtContent>
              <w:sdt>
                <w:sdtPr>
                  <w:rPr>
                    <w:rFonts w:ascii="Calibri" w:hAnsi="Calibri" w:cs="Calibri"/>
                  </w:rPr>
                  <w:tag w:val="goog_rdk_2"/>
                  <w:id w:val="-1205566158"/>
                </w:sdtPr>
                <w:sdtContent>
                  <w:r w:rsidR="00F0677A" w:rsidRPr="009A5386">
                    <w:rPr>
                      <w:rFonts w:ascii="Calibri" w:eastAsia="Roboto" w:hAnsi="Calibri" w:cs="Calibri"/>
                      <w:color w:val="444746"/>
                      <w:sz w:val="21"/>
                      <w:szCs w:val="21"/>
                      <w:highlight w:val="white"/>
                    </w:rPr>
                    <w:t>Use this form to document your research into mental health care options.</w:t>
                  </w:r>
                </w:sdtContent>
              </w:sdt>
              <w:sdt>
                <w:sdtPr>
                  <w:rPr>
                    <w:rFonts w:ascii="Calibri" w:hAnsi="Calibri" w:cs="Calibri"/>
                  </w:rPr>
                  <w:tag w:val="goog_rdk_3"/>
                  <w:id w:val="-1977870530"/>
                </w:sdtPr>
                <w:sdtContent>
                  <w:r w:rsidR="00F0677A" w:rsidRPr="009A5386">
                    <w:rPr>
                      <w:rFonts w:ascii="Calibri" w:hAnsi="Calibri" w:cs="Calibri"/>
                    </w:rPr>
                    <w:t xml:space="preserve"> </w:t>
                  </w:r>
                </w:sdtContent>
              </w:sdt>
            </w:sdtContent>
          </w:sdt>
        </w:p>
      </w:sdtContent>
    </w:sdt>
    <w:p w14:paraId="4C72DAC7" w14:textId="4D2356F9" w:rsidR="007509AC" w:rsidRPr="0081462F" w:rsidRDefault="007509AC" w:rsidP="007509AC">
      <w:pPr>
        <w:pStyle w:val="Heading2"/>
        <w:rPr>
          <w:b w:val="0"/>
          <w:bCs w:val="0"/>
          <w:color w:val="auto"/>
          <w:sz w:val="22"/>
          <w:szCs w:val="22"/>
        </w:rPr>
      </w:pPr>
      <w:r w:rsidRPr="0081462F">
        <w:rPr>
          <w:b w:val="0"/>
          <w:bCs w:val="0"/>
          <w:color w:val="auto"/>
          <w:sz w:val="22"/>
          <w:szCs w:val="22"/>
        </w:rPr>
        <w:t>Insurance company: _____________________________________________________________________________________</w:t>
      </w:r>
    </w:p>
    <w:p w14:paraId="6D3FDB5B" w14:textId="34A0775C" w:rsidR="007509AC" w:rsidRPr="0081462F" w:rsidRDefault="007509AC" w:rsidP="007509AC">
      <w:pPr>
        <w:pStyle w:val="Heading2"/>
        <w:rPr>
          <w:b w:val="0"/>
          <w:bCs w:val="0"/>
          <w:color w:val="auto"/>
          <w:sz w:val="22"/>
          <w:szCs w:val="22"/>
        </w:rPr>
      </w:pPr>
      <w:r w:rsidRPr="0081462F">
        <w:rPr>
          <w:b w:val="0"/>
          <w:bCs w:val="0"/>
          <w:color w:val="auto"/>
          <w:sz w:val="22"/>
          <w:szCs w:val="22"/>
        </w:rPr>
        <w:t>Phone number called: ____________________________________________________________________________________</w:t>
      </w:r>
    </w:p>
    <w:p w14:paraId="45CF34CF" w14:textId="4B7A856D" w:rsidR="007509AC" w:rsidRPr="0081462F" w:rsidRDefault="007509AC" w:rsidP="007509AC">
      <w:pPr>
        <w:pStyle w:val="Heading2"/>
        <w:rPr>
          <w:b w:val="0"/>
          <w:bCs w:val="0"/>
          <w:color w:val="auto"/>
          <w:sz w:val="22"/>
          <w:szCs w:val="22"/>
        </w:rPr>
      </w:pPr>
      <w:r w:rsidRPr="0081462F">
        <w:rPr>
          <w:b w:val="0"/>
          <w:bCs w:val="0"/>
          <w:color w:val="auto"/>
          <w:sz w:val="22"/>
          <w:szCs w:val="22"/>
        </w:rPr>
        <w:t>Date of call: _____________________________________________________________________________________</w:t>
      </w:r>
    </w:p>
    <w:p w14:paraId="30FB2C90" w14:textId="33735054" w:rsidR="007509AC" w:rsidRPr="0081462F" w:rsidRDefault="007509AC">
      <w:pPr>
        <w:pStyle w:val="Heading2"/>
        <w:rPr>
          <w:b w:val="0"/>
          <w:bCs w:val="0"/>
          <w:color w:val="auto"/>
          <w:sz w:val="22"/>
          <w:szCs w:val="22"/>
        </w:rPr>
      </w:pPr>
      <w:r w:rsidRPr="0081462F">
        <w:rPr>
          <w:b w:val="0"/>
          <w:bCs w:val="0"/>
          <w:color w:val="auto"/>
          <w:sz w:val="22"/>
          <w:szCs w:val="22"/>
        </w:rPr>
        <w:t>Representative name/ID: ____________________________________________________________________________________</w:t>
      </w:r>
    </w:p>
    <w:p w14:paraId="70ABFF13" w14:textId="77777777" w:rsidR="0081462F" w:rsidRDefault="0081462F">
      <w:pPr>
        <w:pStyle w:val="Heading2"/>
      </w:pPr>
    </w:p>
    <w:p w14:paraId="00000007" w14:textId="69DD7A5C" w:rsidR="00E87710" w:rsidRPr="0081462F" w:rsidRDefault="00F0677A">
      <w:pPr>
        <w:pStyle w:val="Heading2"/>
      </w:pPr>
      <w:r w:rsidRPr="0081462F">
        <w:t xml:space="preserve">Coverage </w:t>
      </w:r>
      <w:sdt>
        <w:sdtPr>
          <w:tag w:val="goog_rdk_15"/>
          <w:id w:val="-1532611585"/>
        </w:sdtPr>
        <w:sdtContent>
          <w:r w:rsidRPr="0081462F">
            <w:t>and</w:t>
          </w:r>
        </w:sdtContent>
      </w:sdt>
      <w:r w:rsidRPr="0081462F">
        <w:t xml:space="preserve"> Eligibility</w:t>
      </w:r>
    </w:p>
    <w:p w14:paraId="00000008" w14:textId="77777777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 xml:space="preserve">What services are </w:t>
      </w:r>
      <w:proofErr w:type="gramStart"/>
      <w:r w:rsidRPr="0081462F">
        <w:rPr>
          <w:rFonts w:ascii="Calibri" w:hAnsi="Calibri" w:cs="Calibri"/>
        </w:rPr>
        <w:t>covered</w:t>
      </w:r>
      <w:proofErr w:type="gramEnd"/>
      <w:r w:rsidRPr="0081462F">
        <w:rPr>
          <w:rFonts w:ascii="Calibri" w:hAnsi="Calibri" w:cs="Calibri"/>
        </w:rPr>
        <w:t>?</w:t>
      </w:r>
    </w:p>
    <w:p w14:paraId="00000009" w14:textId="14ACE076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0A" w14:textId="11656C13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0B" w14:textId="7AEFC53A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0C" w14:textId="5B6E4857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0D" w14:textId="30DA1EA1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0E" w14:textId="3AD5C4FB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179C94B2" w14:textId="710E0119" w:rsidR="0081462F" w:rsidRPr="0081462F" w:rsidRDefault="0081462F" w:rsidP="0081462F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Telehealth covered</w:t>
      </w:r>
      <w:r w:rsidR="009931C5">
        <w:rPr>
          <w:rFonts w:ascii="Calibri" w:hAnsi="Calibri" w:cs="Calibri"/>
        </w:rPr>
        <w:t>?</w:t>
      </w:r>
      <w:r w:rsidRPr="0081462F">
        <w:rPr>
          <w:rFonts w:ascii="Calibri" w:hAnsi="Calibri" w:cs="Calibri"/>
        </w:rPr>
        <w:t xml:space="preserve">    </w:t>
      </w:r>
      <w:r w:rsidRPr="0081462F">
        <w:rPr>
          <w:rFonts w:ascii="Segoe UI Symbol" w:hAnsi="Segoe UI Symbol" w:cs="Segoe UI Symbol"/>
        </w:rPr>
        <w:t>☐</w:t>
      </w:r>
      <w:r w:rsidRPr="0081462F">
        <w:rPr>
          <w:rFonts w:ascii="Calibri" w:hAnsi="Calibri" w:cs="Calibri"/>
        </w:rPr>
        <w:t xml:space="preserve"> Yes    </w:t>
      </w:r>
      <w:r w:rsidRPr="0081462F">
        <w:rPr>
          <w:rFonts w:ascii="Segoe UI Symbol" w:hAnsi="Segoe UI Symbol" w:cs="Segoe UI Symbol"/>
        </w:rPr>
        <w:t>☐</w:t>
      </w:r>
      <w:r w:rsidRPr="0081462F">
        <w:rPr>
          <w:rFonts w:ascii="Calibri" w:hAnsi="Calibri" w:cs="Calibri"/>
        </w:rPr>
        <w:t xml:space="preserve"> No</w:t>
      </w:r>
    </w:p>
    <w:p w14:paraId="1D01F613" w14:textId="77777777" w:rsidR="0081462F" w:rsidRDefault="0081462F" w:rsidP="0081462F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Notes:</w:t>
      </w:r>
    </w:p>
    <w:p w14:paraId="00000011" w14:textId="37E2BCBF" w:rsidR="00E87710" w:rsidRPr="0081462F" w:rsidRDefault="00F0677A" w:rsidP="0081462F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12" w14:textId="106FC634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13" w14:textId="77777777" w:rsidR="00E87710" w:rsidRPr="0081462F" w:rsidRDefault="00E87710">
      <w:pPr>
        <w:pStyle w:val="Heading2"/>
      </w:pPr>
    </w:p>
    <w:p w14:paraId="00000014" w14:textId="77777777" w:rsidR="00E87710" w:rsidRPr="0081462F" w:rsidRDefault="00F0677A">
      <w:pPr>
        <w:rPr>
          <w:rFonts w:ascii="Calibri" w:eastAsia="Calibri" w:hAnsi="Calibri" w:cs="Calibri"/>
          <w:b/>
          <w:bCs/>
          <w:color w:val="4F81BD"/>
          <w:sz w:val="26"/>
          <w:szCs w:val="26"/>
        </w:rPr>
      </w:pPr>
      <w:r w:rsidRPr="0081462F">
        <w:rPr>
          <w:rFonts w:ascii="Calibri" w:hAnsi="Calibri" w:cs="Calibri"/>
        </w:rPr>
        <w:br w:type="page"/>
      </w:r>
    </w:p>
    <w:p w14:paraId="00000015" w14:textId="77777777" w:rsidR="00E87710" w:rsidRPr="0081462F" w:rsidRDefault="00F0677A">
      <w:pPr>
        <w:pStyle w:val="Heading2"/>
      </w:pPr>
      <w:r w:rsidRPr="0081462F">
        <w:lastRenderedPageBreak/>
        <w:t>Provider Network</w:t>
      </w:r>
    </w:p>
    <w:p w14:paraId="00000016" w14:textId="77777777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In-network therapists/psychiatrists:</w:t>
      </w:r>
    </w:p>
    <w:p w14:paraId="00000017" w14:textId="2B137210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18" w14:textId="240B99FE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19" w14:textId="6C1F785E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1A" w14:textId="0E5998DA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2D2AB72D" w14:textId="47260420" w:rsidR="00EB609E" w:rsidRPr="00EB609E" w:rsidRDefault="00EB609E" w:rsidP="00EB609E">
      <w:pPr>
        <w:rPr>
          <w:rFonts w:ascii="Calibri" w:hAnsi="Calibri" w:cs="Calibri"/>
        </w:rPr>
      </w:pPr>
      <w:r w:rsidRPr="00EB609E">
        <w:rPr>
          <w:rFonts w:ascii="Calibri" w:hAnsi="Calibri" w:cs="Calibri"/>
        </w:rPr>
        <w:t>Referral required</w:t>
      </w:r>
      <w:r w:rsidR="009931C5">
        <w:rPr>
          <w:rFonts w:ascii="Calibri" w:hAnsi="Calibri" w:cs="Calibri"/>
        </w:rPr>
        <w:t>?</w:t>
      </w:r>
      <w:r w:rsidRPr="00EB609E">
        <w:rPr>
          <w:rFonts w:ascii="Calibri" w:hAnsi="Calibri" w:cs="Calibri"/>
        </w:rPr>
        <w:t xml:space="preserve">    </w:t>
      </w:r>
      <w:r w:rsidRPr="00EB609E">
        <w:rPr>
          <w:rFonts w:ascii="Segoe UI Symbol" w:hAnsi="Segoe UI Symbol" w:cs="Segoe UI Symbol"/>
        </w:rPr>
        <w:t>☐</w:t>
      </w:r>
      <w:r w:rsidRPr="00EB609E">
        <w:rPr>
          <w:rFonts w:ascii="Calibri" w:hAnsi="Calibri" w:cs="Calibri"/>
        </w:rPr>
        <w:t xml:space="preserve"> Yes    </w:t>
      </w:r>
      <w:r w:rsidRPr="00EB609E">
        <w:rPr>
          <w:rFonts w:ascii="Segoe UI Symbol" w:hAnsi="Segoe UI Symbol" w:cs="Segoe UI Symbol"/>
        </w:rPr>
        <w:t>☐</w:t>
      </w:r>
      <w:r w:rsidRPr="00EB609E">
        <w:rPr>
          <w:rFonts w:ascii="Calibri" w:hAnsi="Calibri" w:cs="Calibri"/>
        </w:rPr>
        <w:t xml:space="preserve"> No</w:t>
      </w:r>
    </w:p>
    <w:p w14:paraId="145C3225" w14:textId="780C64D3" w:rsidR="00EB609E" w:rsidRDefault="00EB609E" w:rsidP="00EB609E">
      <w:pPr>
        <w:rPr>
          <w:rFonts w:ascii="Calibri" w:hAnsi="Calibri" w:cs="Calibri"/>
        </w:rPr>
      </w:pPr>
      <w:r w:rsidRPr="00EB609E">
        <w:rPr>
          <w:rFonts w:ascii="Calibri" w:hAnsi="Calibri" w:cs="Calibri"/>
        </w:rPr>
        <w:t>Case management available</w:t>
      </w:r>
      <w:r w:rsidR="009931C5">
        <w:rPr>
          <w:rFonts w:ascii="Calibri" w:hAnsi="Calibri" w:cs="Calibri"/>
        </w:rPr>
        <w:t>?</w:t>
      </w:r>
      <w:r w:rsidRPr="00EB609E">
        <w:rPr>
          <w:rFonts w:ascii="Calibri" w:hAnsi="Calibri" w:cs="Calibri"/>
        </w:rPr>
        <w:t xml:space="preserve">    </w:t>
      </w:r>
      <w:r w:rsidRPr="00EB609E">
        <w:rPr>
          <w:rFonts w:ascii="Segoe UI Symbol" w:hAnsi="Segoe UI Symbol" w:cs="Segoe UI Symbol"/>
        </w:rPr>
        <w:t>☐</w:t>
      </w:r>
      <w:r w:rsidRPr="00EB609E">
        <w:rPr>
          <w:rFonts w:ascii="Calibri" w:hAnsi="Calibri" w:cs="Calibri"/>
        </w:rPr>
        <w:t xml:space="preserve"> Yes    </w:t>
      </w:r>
      <w:r w:rsidRPr="00EB609E">
        <w:rPr>
          <w:rFonts w:ascii="Segoe UI Symbol" w:hAnsi="Segoe UI Symbol" w:cs="Segoe UI Symbol"/>
        </w:rPr>
        <w:t>☐</w:t>
      </w:r>
      <w:r w:rsidRPr="00EB609E">
        <w:rPr>
          <w:rFonts w:ascii="Calibri" w:hAnsi="Calibri" w:cs="Calibri"/>
        </w:rPr>
        <w:t xml:space="preserve"> No</w:t>
      </w:r>
    </w:p>
    <w:p w14:paraId="75F680C4" w14:textId="77777777" w:rsidR="00EB609E" w:rsidRDefault="00EB609E" w:rsidP="00EB609E">
      <w:pPr>
        <w:pStyle w:val="Heading2"/>
      </w:pPr>
    </w:p>
    <w:p w14:paraId="31C920DF" w14:textId="71B9926E" w:rsidR="00540C74" w:rsidRDefault="00540C74" w:rsidP="00540C7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Other</w:t>
      </w:r>
      <w:r w:rsidRPr="00EB609E">
        <w:rPr>
          <w:rFonts w:asciiTheme="majorHAnsi" w:hAnsiTheme="majorHAnsi" w:cstheme="majorHAnsi"/>
        </w:rPr>
        <w:t xml:space="preserve">    </w:t>
      </w:r>
      <w:r w:rsidRPr="00EB609E">
        <w:rPr>
          <w:rFonts w:ascii="Segoe UI Symbol" w:hAnsi="Segoe UI Symbol" w:cs="Segoe UI Symbol"/>
        </w:rPr>
        <w:t>☐</w:t>
      </w:r>
      <w:r w:rsidRPr="00EB609E">
        <w:rPr>
          <w:rFonts w:asciiTheme="majorHAnsi" w:hAnsiTheme="majorHAnsi" w:cstheme="majorHAnsi"/>
        </w:rPr>
        <w:t xml:space="preserve"> Yes    </w:t>
      </w:r>
      <w:r w:rsidRPr="00EB609E">
        <w:rPr>
          <w:rFonts w:ascii="Segoe UI Symbol" w:hAnsi="Segoe UI Symbol" w:cs="Segoe UI Symbol"/>
        </w:rPr>
        <w:t>☐</w:t>
      </w:r>
      <w:r w:rsidRPr="00EB609E">
        <w:rPr>
          <w:rFonts w:asciiTheme="majorHAnsi" w:hAnsiTheme="majorHAnsi" w:cstheme="majorHAnsi"/>
        </w:rPr>
        <w:t xml:space="preserve"> No</w:t>
      </w:r>
    </w:p>
    <w:p w14:paraId="0BFEDC03" w14:textId="77777777" w:rsidR="00540C74" w:rsidRDefault="00540C74" w:rsidP="00540C74">
      <w:pPr>
        <w:rPr>
          <w:rFonts w:asciiTheme="majorHAnsi" w:hAnsiTheme="majorHAnsi" w:cstheme="majorHAnsi"/>
        </w:rPr>
      </w:pPr>
      <w:r w:rsidRPr="00EB609E">
        <w:rPr>
          <w:rFonts w:asciiTheme="majorHAnsi" w:hAnsiTheme="majorHAnsi" w:cstheme="majorHAnsi"/>
        </w:rPr>
        <w:t>Notes:</w:t>
      </w:r>
    </w:p>
    <w:p w14:paraId="4B4B2021" w14:textId="77777777" w:rsidR="00540C74" w:rsidRDefault="00540C74" w:rsidP="00540C74">
      <w:pPr>
        <w:rPr>
          <w:rFonts w:asciiTheme="majorHAnsi" w:hAnsiTheme="majorHAnsi" w:cstheme="majorHAnsi"/>
        </w:rPr>
      </w:pPr>
      <w:r w:rsidRPr="00EB609E">
        <w:rPr>
          <w:rFonts w:asciiTheme="majorHAnsi" w:hAnsiTheme="majorHAnsi" w:cstheme="majorHAnsi"/>
        </w:rPr>
        <w:t>__________________________________________________________________________________________________________________________________________________________________________</w:t>
      </w:r>
    </w:p>
    <w:p w14:paraId="6EE7A2EB" w14:textId="77777777" w:rsidR="00540C74" w:rsidRDefault="00540C74">
      <w:pPr>
        <w:pStyle w:val="Heading2"/>
      </w:pPr>
    </w:p>
    <w:p w14:paraId="00000038" w14:textId="750228E4" w:rsidR="00E87710" w:rsidRPr="0081462F" w:rsidRDefault="00F0677A">
      <w:pPr>
        <w:pStyle w:val="Heading2"/>
      </w:pPr>
      <w:r w:rsidRPr="0081462F">
        <w:t>Authorization Requirements</w:t>
      </w:r>
    </w:p>
    <w:p w14:paraId="00000039" w14:textId="58DBF298" w:rsidR="00E87710" w:rsidRPr="0081462F" w:rsidRDefault="00AB75AF">
      <w:pPr>
        <w:rPr>
          <w:rFonts w:ascii="Calibri" w:hAnsi="Calibri" w:cs="Calibri"/>
        </w:rPr>
      </w:pPr>
      <w:r>
        <w:rPr>
          <w:rFonts w:ascii="Calibri" w:hAnsi="Calibri" w:cs="Calibri"/>
        </w:rPr>
        <w:t>Prior authorization required:</w:t>
      </w:r>
    </w:p>
    <w:p w14:paraId="0000003A" w14:textId="4B3EBE4F" w:rsidR="00E87710" w:rsidRPr="00AB75AF" w:rsidRDefault="00F0677A">
      <w:pPr>
        <w:rPr>
          <w:rFonts w:ascii="Calibri" w:hAnsi="Calibri" w:cs="Calibri"/>
        </w:rPr>
      </w:pPr>
      <w:r w:rsidRPr="00AB75AF">
        <w:rPr>
          <w:rFonts w:ascii="Calibri" w:hAnsi="Calibri" w:cs="Calibri"/>
        </w:rPr>
        <w:t>Therapy</w:t>
      </w:r>
      <w:r w:rsidR="0038071B">
        <w:rPr>
          <w:rFonts w:ascii="Calibri" w:hAnsi="Calibri" w:cs="Calibri"/>
        </w:rPr>
        <w:t xml:space="preserve">? </w:t>
      </w:r>
      <w:r w:rsidRPr="00AB75AF">
        <w:rPr>
          <w:rFonts w:ascii="Calibri" w:hAnsi="Calibri" w:cs="Calibri"/>
        </w:rPr>
        <w:t xml:space="preserve"> </w:t>
      </w:r>
      <w:r w:rsidRPr="00AB75AF">
        <w:rPr>
          <w:rFonts w:ascii="Segoe UI Symbol" w:hAnsi="Segoe UI Symbol" w:cs="Segoe UI Symbol"/>
        </w:rPr>
        <w:t>☐</w:t>
      </w:r>
      <w:r w:rsidRPr="00AB75AF">
        <w:rPr>
          <w:rFonts w:ascii="Calibri" w:hAnsi="Calibri" w:cs="Calibri"/>
        </w:rPr>
        <w:t xml:space="preserve"> Yes </w:t>
      </w:r>
      <w:r w:rsidRPr="00AB75AF">
        <w:rPr>
          <w:rFonts w:ascii="Segoe UI Symbol" w:hAnsi="Segoe UI Symbol" w:cs="Segoe UI Symbol"/>
        </w:rPr>
        <w:t>☐</w:t>
      </w:r>
      <w:r w:rsidRPr="00AB75AF">
        <w:rPr>
          <w:rFonts w:ascii="Calibri" w:hAnsi="Calibri" w:cs="Calibri"/>
        </w:rPr>
        <w:t xml:space="preserve"> No    Psychiatry</w:t>
      </w:r>
      <w:r w:rsidR="0038071B">
        <w:rPr>
          <w:rFonts w:ascii="Calibri" w:hAnsi="Calibri" w:cs="Calibri"/>
        </w:rPr>
        <w:t xml:space="preserve">? </w:t>
      </w:r>
      <w:r w:rsidRPr="00AB75AF">
        <w:rPr>
          <w:rFonts w:ascii="Segoe UI Symbol" w:hAnsi="Segoe UI Symbol" w:cs="Segoe UI Symbol"/>
        </w:rPr>
        <w:t>☐</w:t>
      </w:r>
      <w:r w:rsidRPr="00AB75AF">
        <w:rPr>
          <w:rFonts w:ascii="Calibri" w:hAnsi="Calibri" w:cs="Calibri"/>
        </w:rPr>
        <w:t xml:space="preserve"> Yes </w:t>
      </w:r>
      <w:r w:rsidRPr="00AB75AF">
        <w:rPr>
          <w:rFonts w:ascii="Segoe UI Symbol" w:hAnsi="Segoe UI Symbol" w:cs="Segoe UI Symbol"/>
        </w:rPr>
        <w:t>☐</w:t>
      </w:r>
      <w:r w:rsidRPr="00AB75AF">
        <w:rPr>
          <w:rFonts w:ascii="Calibri" w:hAnsi="Calibri" w:cs="Calibri"/>
        </w:rPr>
        <w:t xml:space="preserve"> No    IOP/PHP</w:t>
      </w:r>
      <w:r w:rsidR="0038071B">
        <w:rPr>
          <w:rFonts w:ascii="Calibri" w:hAnsi="Calibri" w:cs="Calibri"/>
        </w:rPr>
        <w:t xml:space="preserve">? </w:t>
      </w:r>
      <w:r w:rsidRPr="00AB75AF">
        <w:rPr>
          <w:rFonts w:ascii="Calibri" w:hAnsi="Calibri" w:cs="Calibri"/>
        </w:rPr>
        <w:t xml:space="preserve"> </w:t>
      </w:r>
      <w:r w:rsidRPr="00AB75AF">
        <w:rPr>
          <w:rFonts w:ascii="Segoe UI Symbol" w:hAnsi="Segoe UI Symbol" w:cs="Segoe UI Symbol"/>
        </w:rPr>
        <w:t>☐</w:t>
      </w:r>
      <w:r w:rsidRPr="00AB75AF">
        <w:rPr>
          <w:rFonts w:ascii="Calibri" w:hAnsi="Calibri" w:cs="Calibri"/>
        </w:rPr>
        <w:t xml:space="preserve"> Yes </w:t>
      </w:r>
      <w:r w:rsidRPr="00AB75AF">
        <w:rPr>
          <w:rFonts w:ascii="Segoe UI Symbol" w:hAnsi="Segoe UI Symbol" w:cs="Segoe UI Symbol"/>
        </w:rPr>
        <w:t>☐</w:t>
      </w:r>
      <w:r w:rsidRPr="00AB75AF">
        <w:rPr>
          <w:rFonts w:ascii="Calibri" w:hAnsi="Calibri" w:cs="Calibri"/>
        </w:rPr>
        <w:t xml:space="preserve"> No    Alternative</w:t>
      </w:r>
      <w:r w:rsidR="0038071B">
        <w:rPr>
          <w:rFonts w:ascii="Calibri" w:hAnsi="Calibri" w:cs="Calibri"/>
        </w:rPr>
        <w:t xml:space="preserve">? </w:t>
      </w:r>
      <w:r w:rsidRPr="00AB75AF">
        <w:rPr>
          <w:rFonts w:ascii="Calibri" w:hAnsi="Calibri" w:cs="Calibri"/>
        </w:rPr>
        <w:t xml:space="preserve"> </w:t>
      </w:r>
      <w:r w:rsidRPr="00AB75AF">
        <w:rPr>
          <w:rFonts w:ascii="Segoe UI Symbol" w:hAnsi="Segoe UI Symbol" w:cs="Segoe UI Symbol"/>
        </w:rPr>
        <w:t>☐</w:t>
      </w:r>
      <w:r w:rsidRPr="00AB75AF">
        <w:rPr>
          <w:rFonts w:ascii="Calibri" w:hAnsi="Calibri" w:cs="Calibri"/>
        </w:rPr>
        <w:t xml:space="preserve"> Yes </w:t>
      </w:r>
      <w:r w:rsidRPr="00AB75AF">
        <w:rPr>
          <w:rFonts w:ascii="Segoe UI Symbol" w:hAnsi="Segoe UI Symbol" w:cs="Segoe UI Symbol"/>
        </w:rPr>
        <w:t>☐</w:t>
      </w:r>
      <w:r w:rsidRPr="00AB75AF">
        <w:rPr>
          <w:rFonts w:ascii="Calibri" w:hAnsi="Calibri" w:cs="Calibri"/>
        </w:rPr>
        <w:t xml:space="preserve"> No</w:t>
      </w:r>
    </w:p>
    <w:p w14:paraId="0000003B" w14:textId="199E8FE1" w:rsidR="00E87710" w:rsidRPr="0081462F" w:rsidRDefault="00AB75AF">
      <w:pPr>
        <w:rPr>
          <w:rFonts w:ascii="Calibri" w:hAnsi="Calibri" w:cs="Calibri"/>
        </w:rPr>
      </w:pPr>
      <w:r>
        <w:rPr>
          <w:rFonts w:ascii="Calibri" w:hAnsi="Calibri" w:cs="Calibri"/>
        </w:rPr>
        <w:t>Documentation needed:</w:t>
      </w:r>
    </w:p>
    <w:p w14:paraId="0000003C" w14:textId="36A1684C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Segoe UI Symbol" w:hAnsi="Segoe UI Symbol" w:cs="Segoe UI Symbol"/>
        </w:rPr>
        <w:t>☐</w:t>
      </w:r>
      <w:r w:rsidRPr="0081462F">
        <w:rPr>
          <w:rFonts w:ascii="Calibri" w:hAnsi="Calibri" w:cs="Calibri"/>
        </w:rPr>
        <w:t xml:space="preserve"> Diagnosis    </w:t>
      </w:r>
      <w:r w:rsidRPr="0081462F">
        <w:rPr>
          <w:rFonts w:ascii="Segoe UI Symbol" w:hAnsi="Segoe UI Symbol" w:cs="Segoe UI Symbol"/>
        </w:rPr>
        <w:t>☐</w:t>
      </w:r>
      <w:r w:rsidRPr="0081462F">
        <w:rPr>
          <w:rFonts w:ascii="Calibri" w:hAnsi="Calibri" w:cs="Calibri"/>
        </w:rPr>
        <w:t xml:space="preserve"> Treatment </w:t>
      </w:r>
      <w:sdt>
        <w:sdtPr>
          <w:rPr>
            <w:rFonts w:ascii="Calibri" w:hAnsi="Calibri" w:cs="Calibri"/>
          </w:rPr>
          <w:tag w:val="goog_rdk_46"/>
          <w:id w:val="-1938662023"/>
          <w:showingPlcHdr/>
        </w:sdtPr>
        <w:sdtContent>
          <w:r w:rsidR="001D73C1" w:rsidRPr="0081462F">
            <w:rPr>
              <w:rFonts w:ascii="Calibri" w:hAnsi="Calibri" w:cs="Calibri"/>
            </w:rPr>
            <w:t xml:space="preserve">     </w:t>
          </w:r>
        </w:sdtContent>
      </w:sdt>
      <w:sdt>
        <w:sdtPr>
          <w:rPr>
            <w:rFonts w:ascii="Calibri" w:hAnsi="Calibri" w:cs="Calibri"/>
          </w:rPr>
          <w:tag w:val="goog_rdk_47"/>
          <w:id w:val="-1830727601"/>
        </w:sdtPr>
        <w:sdtContent>
          <w:r w:rsidRPr="0081462F">
            <w:rPr>
              <w:rFonts w:ascii="Calibri" w:hAnsi="Calibri" w:cs="Calibri"/>
            </w:rPr>
            <w:t>p</w:t>
          </w:r>
        </w:sdtContent>
      </w:sdt>
      <w:r w:rsidRPr="0081462F">
        <w:rPr>
          <w:rFonts w:ascii="Calibri" w:hAnsi="Calibri" w:cs="Calibri"/>
        </w:rPr>
        <w:t xml:space="preserve">lan    </w:t>
      </w:r>
      <w:r w:rsidRPr="0081462F">
        <w:rPr>
          <w:rFonts w:ascii="Segoe UI Symbol" w:hAnsi="Segoe UI Symbol" w:cs="Segoe UI Symbol"/>
        </w:rPr>
        <w:t>☐</w:t>
      </w:r>
      <w:r w:rsidRPr="0081462F">
        <w:rPr>
          <w:rFonts w:ascii="Calibri" w:hAnsi="Calibri" w:cs="Calibri"/>
        </w:rPr>
        <w:t xml:space="preserve"> Medica</w:t>
      </w:r>
      <w:r w:rsidR="0038071B">
        <w:rPr>
          <w:rFonts w:ascii="Calibri" w:hAnsi="Calibri" w:cs="Calibri"/>
        </w:rPr>
        <w:t>l necessity letter</w:t>
      </w:r>
    </w:p>
    <w:p w14:paraId="0000003D" w14:textId="30682293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Segoe UI Symbol" w:hAnsi="Segoe UI Symbol" w:cs="Segoe UI Symbol"/>
        </w:rPr>
        <w:t>☐</w:t>
      </w:r>
      <w:r w:rsidRPr="0081462F">
        <w:rPr>
          <w:rFonts w:ascii="Calibri" w:hAnsi="Calibri" w:cs="Calibri"/>
        </w:rPr>
        <w:t xml:space="preserve"> </w:t>
      </w:r>
      <w:r w:rsidR="00AB75AF">
        <w:rPr>
          <w:rFonts w:ascii="Calibri" w:hAnsi="Calibri" w:cs="Calibri"/>
        </w:rPr>
        <w:t>Provider credentials:</w:t>
      </w:r>
      <w:r w:rsidRPr="0081462F">
        <w:rPr>
          <w:rFonts w:ascii="Calibri" w:hAnsi="Calibri" w:cs="Calibri"/>
        </w:rPr>
        <w:t xml:space="preserve">    </w:t>
      </w:r>
      <w:r w:rsidRPr="0081462F">
        <w:rPr>
          <w:rFonts w:ascii="Segoe UI Symbol" w:hAnsi="Segoe UI Symbol" w:cs="Segoe UI Symbol"/>
        </w:rPr>
        <w:t>☐</w:t>
      </w:r>
      <w:r w:rsidRPr="0081462F">
        <w:rPr>
          <w:rFonts w:ascii="Calibri" w:hAnsi="Calibri" w:cs="Calibri"/>
        </w:rPr>
        <w:t xml:space="preserve"> Other: ________________________________</w:t>
      </w:r>
    </w:p>
    <w:p w14:paraId="0000003E" w14:textId="77777777" w:rsidR="00E87710" w:rsidRPr="0081462F" w:rsidRDefault="00E87710">
      <w:pPr>
        <w:pStyle w:val="Heading2"/>
      </w:pPr>
    </w:p>
    <w:p w14:paraId="00000040" w14:textId="7136B38F" w:rsidR="00E87710" w:rsidRPr="004029F2" w:rsidRDefault="00F0677A" w:rsidP="004029F2">
      <w:pPr>
        <w:pStyle w:val="Heading2"/>
      </w:pPr>
      <w:r w:rsidRPr="0081462F">
        <w:t>Costs</w:t>
      </w:r>
    </w:p>
    <w:p w14:paraId="00000041" w14:textId="77777777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Copay per therapy session:</w:t>
      </w:r>
    </w:p>
    <w:p w14:paraId="00000042" w14:textId="26031C4C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43" w14:textId="6061609B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E80D8BA" w14:textId="77777777" w:rsidR="00CB11B7" w:rsidRDefault="00CB11B7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00000044" w14:textId="48D42AF5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lastRenderedPageBreak/>
        <w:t>Coinsurance:</w:t>
      </w:r>
    </w:p>
    <w:p w14:paraId="00000045" w14:textId="12C401B6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46" w14:textId="04827013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47" w14:textId="293CB517" w:rsidR="00E87710" w:rsidRPr="0081462F" w:rsidRDefault="00AB75AF">
      <w:pPr>
        <w:rPr>
          <w:rFonts w:ascii="Calibri" w:hAnsi="Calibri" w:cs="Calibri"/>
        </w:rPr>
      </w:pPr>
      <w:r>
        <w:rPr>
          <w:rFonts w:ascii="Calibri" w:hAnsi="Calibri" w:cs="Calibri"/>
        </w:rPr>
        <w:t>Deductible status:</w:t>
      </w:r>
    </w:p>
    <w:p w14:paraId="00000048" w14:textId="18FBF884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49" w14:textId="1579AC88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4A" w14:textId="4A049843" w:rsidR="00E87710" w:rsidRPr="0081462F" w:rsidRDefault="00AB75AF">
      <w:pPr>
        <w:rPr>
          <w:rFonts w:ascii="Calibri" w:hAnsi="Calibri" w:cs="Calibri"/>
        </w:rPr>
      </w:pPr>
      <w:r>
        <w:rPr>
          <w:rFonts w:ascii="Calibri" w:hAnsi="Calibri" w:cs="Calibri"/>
        </w:rPr>
        <w:t>Visit limits:</w:t>
      </w:r>
    </w:p>
    <w:p w14:paraId="0000004B" w14:textId="2D522F36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4C" w14:textId="44EA0189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4D" w14:textId="77777777" w:rsidR="00E87710" w:rsidRPr="0081462F" w:rsidRDefault="00E87710">
      <w:pPr>
        <w:pStyle w:val="Heading2"/>
      </w:pPr>
    </w:p>
    <w:p w14:paraId="0000004E" w14:textId="17266F18" w:rsidR="00E87710" w:rsidRPr="0081462F" w:rsidRDefault="00AB75AF">
      <w:pPr>
        <w:pStyle w:val="Heading2"/>
      </w:pPr>
      <w:r>
        <w:t>Crisis and Higher-Level Care</w:t>
      </w:r>
    </w:p>
    <w:p w14:paraId="0000004F" w14:textId="32F2B926" w:rsidR="00E87710" w:rsidRPr="0081462F" w:rsidRDefault="00AB75AF">
      <w:pPr>
        <w:rPr>
          <w:rFonts w:ascii="Calibri" w:hAnsi="Calibri" w:cs="Calibri"/>
        </w:rPr>
      </w:pPr>
      <w:r>
        <w:rPr>
          <w:rFonts w:ascii="Calibri" w:hAnsi="Calibri" w:cs="Calibri"/>
        </w:rPr>
        <w:t>Inpatient covered</w:t>
      </w:r>
      <w:r w:rsidR="0038071B">
        <w:rPr>
          <w:rFonts w:ascii="Calibri" w:hAnsi="Calibri" w:cs="Calibri"/>
        </w:rPr>
        <w:t>?</w:t>
      </w:r>
      <w:r w:rsidRPr="0081462F">
        <w:rPr>
          <w:rFonts w:ascii="Calibri" w:hAnsi="Calibri" w:cs="Calibri"/>
        </w:rPr>
        <w:t xml:space="preserve">    </w:t>
      </w:r>
      <w:r w:rsidRPr="0081462F">
        <w:rPr>
          <w:rFonts w:ascii="Segoe UI Symbol" w:hAnsi="Segoe UI Symbol" w:cs="Segoe UI Symbol"/>
        </w:rPr>
        <w:t>☐</w:t>
      </w:r>
      <w:r w:rsidRPr="0081462F">
        <w:rPr>
          <w:rFonts w:ascii="Calibri" w:hAnsi="Calibri" w:cs="Calibri"/>
        </w:rPr>
        <w:t xml:space="preserve"> Yes    </w:t>
      </w:r>
      <w:r w:rsidRPr="0081462F">
        <w:rPr>
          <w:rFonts w:ascii="Segoe UI Symbol" w:hAnsi="Segoe UI Symbol" w:cs="Segoe UI Symbol"/>
        </w:rPr>
        <w:t>☐</w:t>
      </w:r>
      <w:r w:rsidRPr="0081462F">
        <w:rPr>
          <w:rFonts w:ascii="Calibri" w:hAnsi="Calibri" w:cs="Calibri"/>
        </w:rPr>
        <w:t xml:space="preserve"> No</w:t>
      </w:r>
    </w:p>
    <w:p w14:paraId="00000050" w14:textId="14117D32" w:rsidR="00E87710" w:rsidRPr="0081462F" w:rsidRDefault="008351C5">
      <w:pPr>
        <w:rPr>
          <w:rFonts w:ascii="Calibri" w:hAnsi="Calibri" w:cs="Calibri"/>
        </w:rPr>
      </w:pPr>
      <w:r>
        <w:rPr>
          <w:rFonts w:ascii="Calibri" w:hAnsi="Calibri" w:cs="Calibri"/>
        </w:rPr>
        <w:t>Partial Hospitalization Program (</w:t>
      </w:r>
      <w:r w:rsidR="00AB75AF">
        <w:rPr>
          <w:rFonts w:ascii="Calibri" w:hAnsi="Calibri" w:cs="Calibri"/>
        </w:rPr>
        <w:t>PHP</w:t>
      </w:r>
      <w:r>
        <w:rPr>
          <w:rFonts w:ascii="Calibri" w:hAnsi="Calibri" w:cs="Calibri"/>
        </w:rPr>
        <w:t>)</w:t>
      </w:r>
      <w:r w:rsidR="00AB75AF">
        <w:rPr>
          <w:rFonts w:ascii="Calibri" w:hAnsi="Calibri" w:cs="Calibri"/>
        </w:rPr>
        <w:t xml:space="preserve"> covere</w:t>
      </w:r>
      <w:r w:rsidR="0038071B">
        <w:rPr>
          <w:rFonts w:ascii="Calibri" w:hAnsi="Calibri" w:cs="Calibri"/>
        </w:rPr>
        <w:t>d?</w:t>
      </w:r>
      <w:r w:rsidRPr="0081462F">
        <w:rPr>
          <w:rFonts w:ascii="Calibri" w:hAnsi="Calibri" w:cs="Calibri"/>
        </w:rPr>
        <w:t xml:space="preserve">   </w:t>
      </w:r>
      <w:r w:rsidRPr="0081462F">
        <w:rPr>
          <w:rFonts w:ascii="Segoe UI Symbol" w:hAnsi="Segoe UI Symbol" w:cs="Segoe UI Symbol"/>
        </w:rPr>
        <w:t>☐</w:t>
      </w:r>
      <w:r w:rsidRPr="0081462F">
        <w:rPr>
          <w:rFonts w:ascii="Calibri" w:hAnsi="Calibri" w:cs="Calibri"/>
        </w:rPr>
        <w:t xml:space="preserve"> Yes    </w:t>
      </w:r>
      <w:r w:rsidRPr="0081462F">
        <w:rPr>
          <w:rFonts w:ascii="Segoe UI Symbol" w:hAnsi="Segoe UI Symbol" w:cs="Segoe UI Symbol"/>
        </w:rPr>
        <w:t>☐</w:t>
      </w:r>
      <w:r w:rsidRPr="0081462F">
        <w:rPr>
          <w:rFonts w:ascii="Calibri" w:hAnsi="Calibri" w:cs="Calibri"/>
        </w:rPr>
        <w:t xml:space="preserve"> No</w:t>
      </w:r>
    </w:p>
    <w:p w14:paraId="00000051" w14:textId="7B7801D8" w:rsidR="00E87710" w:rsidRPr="0081462F" w:rsidRDefault="008351C5">
      <w:pPr>
        <w:rPr>
          <w:rFonts w:ascii="Calibri" w:hAnsi="Calibri" w:cs="Calibri"/>
        </w:rPr>
      </w:pPr>
      <w:r>
        <w:rPr>
          <w:rFonts w:ascii="Calibri" w:hAnsi="Calibri" w:cs="Calibri"/>
        </w:rPr>
        <w:t>Intensive Outpatient Program (</w:t>
      </w:r>
      <w:r w:rsidR="00AB75AF">
        <w:rPr>
          <w:rFonts w:ascii="Calibri" w:hAnsi="Calibri" w:cs="Calibri"/>
        </w:rPr>
        <w:t>IOP</w:t>
      </w:r>
      <w:r>
        <w:rPr>
          <w:rFonts w:ascii="Calibri" w:hAnsi="Calibri" w:cs="Calibri"/>
        </w:rPr>
        <w:t>)</w:t>
      </w:r>
      <w:r w:rsidR="00AB75AF">
        <w:rPr>
          <w:rFonts w:ascii="Calibri" w:hAnsi="Calibri" w:cs="Calibri"/>
        </w:rPr>
        <w:t xml:space="preserve"> covered</w:t>
      </w:r>
      <w:r w:rsidR="0038071B">
        <w:rPr>
          <w:rFonts w:ascii="Calibri" w:hAnsi="Calibri" w:cs="Calibri"/>
        </w:rPr>
        <w:t>?</w:t>
      </w:r>
      <w:r w:rsidRPr="0081462F">
        <w:rPr>
          <w:rFonts w:ascii="Calibri" w:hAnsi="Calibri" w:cs="Calibri"/>
        </w:rPr>
        <w:t xml:space="preserve">    </w:t>
      </w:r>
      <w:r w:rsidRPr="0081462F">
        <w:rPr>
          <w:rFonts w:ascii="Segoe UI Symbol" w:hAnsi="Segoe UI Symbol" w:cs="Segoe UI Symbol"/>
        </w:rPr>
        <w:t>☐</w:t>
      </w:r>
      <w:r w:rsidRPr="0081462F">
        <w:rPr>
          <w:rFonts w:ascii="Calibri" w:hAnsi="Calibri" w:cs="Calibri"/>
        </w:rPr>
        <w:t xml:space="preserve"> Yes    </w:t>
      </w:r>
      <w:r w:rsidRPr="0081462F">
        <w:rPr>
          <w:rFonts w:ascii="Segoe UI Symbol" w:hAnsi="Segoe UI Symbol" w:cs="Segoe UI Symbol"/>
        </w:rPr>
        <w:t>☐</w:t>
      </w:r>
      <w:r w:rsidRPr="0081462F">
        <w:rPr>
          <w:rFonts w:ascii="Calibri" w:hAnsi="Calibri" w:cs="Calibri"/>
        </w:rPr>
        <w:t xml:space="preserve"> No</w:t>
      </w:r>
    </w:p>
    <w:p w14:paraId="00000052" w14:textId="77777777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Notes:</w:t>
      </w:r>
    </w:p>
    <w:p w14:paraId="00000053" w14:textId="2F506ADC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54" w14:textId="3B20576F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55" w14:textId="62C716AD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1F3804BD" w14:textId="77777777" w:rsidR="008351C5" w:rsidRDefault="008351C5" w:rsidP="008351C5">
      <w:pPr>
        <w:pStyle w:val="Heading2"/>
      </w:pPr>
    </w:p>
    <w:p w14:paraId="00000057" w14:textId="407E4411" w:rsidR="00E87710" w:rsidRPr="008351C5" w:rsidRDefault="00AB75AF" w:rsidP="008351C5">
      <w:pPr>
        <w:pStyle w:val="Heading2"/>
      </w:pPr>
      <w:r>
        <w:t>Out-of-</w:t>
      </w:r>
      <w:r w:rsidR="00037046">
        <w:t>N</w:t>
      </w:r>
      <w:r>
        <w:t>etwork</w:t>
      </w:r>
    </w:p>
    <w:p w14:paraId="00000058" w14:textId="1335D7E1" w:rsidR="00E87710" w:rsidRPr="0081462F" w:rsidRDefault="00AB75AF">
      <w:pPr>
        <w:rPr>
          <w:rFonts w:ascii="Calibri" w:hAnsi="Calibri" w:cs="Calibri"/>
        </w:rPr>
      </w:pPr>
      <w:r>
        <w:rPr>
          <w:rFonts w:ascii="Calibri" w:hAnsi="Calibri" w:cs="Calibri"/>
        </w:rPr>
        <w:t>Reimbursement rate:</w:t>
      </w:r>
    </w:p>
    <w:p w14:paraId="00000059" w14:textId="13A789E3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5A" w14:textId="1D619751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5B" w14:textId="7CF0A53B" w:rsidR="00E87710" w:rsidRPr="0081462F" w:rsidRDefault="00AB75AF">
      <w:pPr>
        <w:rPr>
          <w:rFonts w:ascii="Calibri" w:hAnsi="Calibri" w:cs="Calibri"/>
        </w:rPr>
      </w:pPr>
      <w:r>
        <w:rPr>
          <w:rFonts w:ascii="Calibri" w:hAnsi="Calibri" w:cs="Calibri"/>
        </w:rPr>
        <w:t>Superbills accepted</w:t>
      </w:r>
      <w:r w:rsidR="008351C5">
        <w:rPr>
          <w:rFonts w:ascii="Calibri" w:hAnsi="Calibri" w:cs="Calibri"/>
        </w:rPr>
        <w:t>?</w:t>
      </w:r>
      <w:r w:rsidRPr="0081462F">
        <w:rPr>
          <w:rFonts w:ascii="Calibri" w:hAnsi="Calibri" w:cs="Calibri"/>
        </w:rPr>
        <w:t xml:space="preserve">    </w:t>
      </w:r>
      <w:r w:rsidRPr="0081462F">
        <w:rPr>
          <w:rFonts w:ascii="Segoe UI Symbol" w:hAnsi="Segoe UI Symbol" w:cs="Segoe UI Symbol"/>
        </w:rPr>
        <w:t>☐</w:t>
      </w:r>
      <w:r w:rsidRPr="0081462F">
        <w:rPr>
          <w:rFonts w:ascii="Calibri" w:hAnsi="Calibri" w:cs="Calibri"/>
        </w:rPr>
        <w:t xml:space="preserve"> Yes    </w:t>
      </w:r>
      <w:r w:rsidRPr="0081462F">
        <w:rPr>
          <w:rFonts w:ascii="Segoe UI Symbol" w:hAnsi="Segoe UI Symbol" w:cs="Segoe UI Symbol"/>
        </w:rPr>
        <w:t>☐</w:t>
      </w:r>
      <w:r w:rsidRPr="0081462F">
        <w:rPr>
          <w:rFonts w:ascii="Calibri" w:hAnsi="Calibri" w:cs="Calibri"/>
        </w:rPr>
        <w:t xml:space="preserve"> No</w:t>
      </w:r>
    </w:p>
    <w:p w14:paraId="2C6198F3" w14:textId="77777777" w:rsidR="00CB11B7" w:rsidRDefault="00CB11B7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0000005C" w14:textId="00071FF5" w:rsidR="00E87710" w:rsidRPr="0081462F" w:rsidRDefault="00AB75AF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Required documen</w:t>
      </w:r>
      <w:r w:rsidR="008351C5">
        <w:rPr>
          <w:rFonts w:ascii="Calibri" w:hAnsi="Calibri" w:cs="Calibri"/>
        </w:rPr>
        <w:t>t</w:t>
      </w:r>
      <w:r>
        <w:rPr>
          <w:rFonts w:ascii="Calibri" w:hAnsi="Calibri" w:cs="Calibri"/>
        </w:rPr>
        <w:t>ation:</w:t>
      </w:r>
    </w:p>
    <w:p w14:paraId="0000005D" w14:textId="0DE20B0F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5E" w14:textId="33CEE93C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5F" w14:textId="23D671C6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60" w14:textId="77777777" w:rsidR="00E87710" w:rsidRPr="0081462F" w:rsidRDefault="00E87710">
      <w:pPr>
        <w:pStyle w:val="Heading2"/>
      </w:pPr>
    </w:p>
    <w:p w14:paraId="00000061" w14:textId="5928ED4B" w:rsidR="00E87710" w:rsidRPr="0081462F" w:rsidRDefault="00AB75AF">
      <w:pPr>
        <w:pStyle w:val="Heading2"/>
      </w:pPr>
      <w:r>
        <w:t xml:space="preserve">Medication Coverage </w:t>
      </w:r>
    </w:p>
    <w:p w14:paraId="00000062" w14:textId="3B8D1E28" w:rsidR="00E87710" w:rsidRPr="0081462F" w:rsidRDefault="00AB75AF">
      <w:pPr>
        <w:rPr>
          <w:rFonts w:ascii="Calibri" w:hAnsi="Calibri" w:cs="Calibri"/>
        </w:rPr>
      </w:pPr>
      <w:r>
        <w:rPr>
          <w:rFonts w:ascii="Calibri" w:hAnsi="Calibri" w:cs="Calibri"/>
        </w:rPr>
        <w:t>Formulary notes:</w:t>
      </w:r>
    </w:p>
    <w:p w14:paraId="00000063" w14:textId="2FCAC650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64" w14:textId="1126C67A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65" w14:textId="179900E0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66" w14:textId="5974630B" w:rsidR="00E87710" w:rsidRPr="0081462F" w:rsidRDefault="00AB75AF">
      <w:pPr>
        <w:rPr>
          <w:rFonts w:ascii="Calibri" w:hAnsi="Calibri" w:cs="Calibri"/>
        </w:rPr>
      </w:pPr>
      <w:r>
        <w:rPr>
          <w:rFonts w:ascii="Calibri" w:hAnsi="Calibri" w:cs="Calibri"/>
        </w:rPr>
        <w:t>Step therapy rules:</w:t>
      </w:r>
    </w:p>
    <w:p w14:paraId="00000067" w14:textId="61089076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68" w14:textId="209AE393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69" w14:textId="711936AC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6A" w14:textId="77777777" w:rsidR="00E87710" w:rsidRPr="0081462F" w:rsidRDefault="00E87710">
      <w:pPr>
        <w:rPr>
          <w:rFonts w:ascii="Calibri" w:hAnsi="Calibri" w:cs="Calibri"/>
        </w:rPr>
      </w:pPr>
    </w:p>
    <w:p w14:paraId="0000006B" w14:textId="37D40C19" w:rsidR="00E87710" w:rsidRPr="0081462F" w:rsidRDefault="00AB75AF">
      <w:pPr>
        <w:rPr>
          <w:rFonts w:ascii="Calibri" w:hAnsi="Calibri" w:cs="Calibri"/>
        </w:rPr>
      </w:pPr>
      <w:r>
        <w:rPr>
          <w:rFonts w:ascii="Calibri" w:hAnsi="Calibri" w:cs="Calibri"/>
        </w:rPr>
        <w:t>Prior authorization needed</w:t>
      </w:r>
      <w:r w:rsidR="008351C5">
        <w:rPr>
          <w:rFonts w:ascii="Calibri" w:hAnsi="Calibri" w:cs="Calibri"/>
        </w:rPr>
        <w:t xml:space="preserve">? </w:t>
      </w:r>
      <w:r w:rsidRPr="0081462F">
        <w:rPr>
          <w:rFonts w:ascii="Segoe UI Symbol" w:hAnsi="Segoe UI Symbol" w:cs="Segoe UI Symbol"/>
        </w:rPr>
        <w:t>☐</w:t>
      </w:r>
      <w:r w:rsidRPr="0081462F">
        <w:rPr>
          <w:rFonts w:ascii="Calibri" w:hAnsi="Calibri" w:cs="Calibri"/>
        </w:rPr>
        <w:t xml:space="preserve"> Yes </w:t>
      </w:r>
      <w:r w:rsidRPr="0081462F">
        <w:rPr>
          <w:rFonts w:ascii="Segoe UI Symbol" w:hAnsi="Segoe UI Symbol" w:cs="Segoe UI Symbol"/>
        </w:rPr>
        <w:t>☐</w:t>
      </w:r>
      <w:r w:rsidRPr="0081462F">
        <w:rPr>
          <w:rFonts w:ascii="Calibri" w:hAnsi="Calibri" w:cs="Calibri"/>
        </w:rPr>
        <w:t xml:space="preserve"> No    For: </w:t>
      </w:r>
    </w:p>
    <w:p w14:paraId="0000006C" w14:textId="609159B8" w:rsidR="00E87710" w:rsidRPr="0081462F" w:rsidRDefault="00F0677A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6D" w14:textId="15543348" w:rsidR="00E87710" w:rsidRPr="0081462F" w:rsidRDefault="008351C5">
      <w:pPr>
        <w:rPr>
          <w:rFonts w:ascii="Calibri" w:eastAsia="Calibri" w:hAnsi="Calibri" w:cs="Calibri"/>
          <w:b/>
          <w:bCs/>
          <w:color w:val="4F81BD"/>
          <w:sz w:val="26"/>
          <w:szCs w:val="26"/>
        </w:rPr>
      </w:pPr>
      <w:r>
        <w:rPr>
          <w:rFonts w:ascii="Calibri" w:hAnsi="Calibri" w:cs="Calibri"/>
        </w:rPr>
        <w:t>_____________________________________________________________________________________</w:t>
      </w:r>
    </w:p>
    <w:p w14:paraId="55BD828A" w14:textId="0EA3D9A4" w:rsidR="000263F7" w:rsidRPr="00B72DC2" w:rsidRDefault="000263F7" w:rsidP="000263F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_____________________________________________________________________________</w:t>
      </w:r>
      <w:r w:rsidR="00037046">
        <w:rPr>
          <w:rFonts w:asciiTheme="majorHAnsi" w:hAnsiTheme="majorHAnsi" w:cstheme="majorHAnsi"/>
        </w:rPr>
        <w:t>_______</w:t>
      </w:r>
    </w:p>
    <w:p w14:paraId="5C855C30" w14:textId="77777777" w:rsidR="00037046" w:rsidRDefault="00037046" w:rsidP="0093533B">
      <w:pPr>
        <w:pStyle w:val="Heading2"/>
      </w:pPr>
    </w:p>
    <w:p w14:paraId="7A4EC0EF" w14:textId="103DBCAB" w:rsidR="0093533B" w:rsidRPr="000263F7" w:rsidRDefault="00037046" w:rsidP="0093533B">
      <w:pPr>
        <w:pStyle w:val="Heading2"/>
      </w:pPr>
      <w:r>
        <w:t>Additional</w:t>
      </w:r>
      <w:r w:rsidR="0093533B">
        <w:t xml:space="preserve"> No</w:t>
      </w:r>
      <w:r>
        <w:t>tes</w:t>
      </w:r>
      <w:r w:rsidR="0093533B">
        <w:t xml:space="preserve"> </w:t>
      </w:r>
    </w:p>
    <w:p w14:paraId="3CF93A20" w14:textId="77777777" w:rsidR="003D4C20" w:rsidRPr="0081462F" w:rsidRDefault="003D4C20" w:rsidP="003D4C20">
      <w:pPr>
        <w:rPr>
          <w:rFonts w:ascii="Calibri" w:eastAsia="Calibri" w:hAnsi="Calibri" w:cs="Calibri"/>
          <w:b/>
          <w:bCs/>
          <w:color w:val="4F81BD"/>
          <w:sz w:val="26"/>
          <w:szCs w:val="26"/>
        </w:rPr>
      </w:pPr>
      <w:r>
        <w:rPr>
          <w:rFonts w:ascii="Calibri" w:hAnsi="Calibri" w:cs="Calibri"/>
        </w:rPr>
        <w:t>_____________________________________________________________________________________</w:t>
      </w:r>
    </w:p>
    <w:p w14:paraId="4037A8A1" w14:textId="77777777" w:rsidR="003D4C20" w:rsidRPr="00B72DC2" w:rsidRDefault="003D4C20" w:rsidP="003D4C2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____________________________________________________________________________________</w:t>
      </w:r>
    </w:p>
    <w:p w14:paraId="4494A86E" w14:textId="77777777" w:rsidR="003D4C20" w:rsidRPr="0081462F" w:rsidRDefault="003D4C20" w:rsidP="003D4C20">
      <w:pPr>
        <w:rPr>
          <w:rFonts w:ascii="Calibri" w:hAnsi="Calibri" w:cs="Calibri"/>
        </w:rPr>
      </w:pPr>
      <w:r w:rsidRPr="0081462F">
        <w:rPr>
          <w:rFonts w:ascii="Calibri" w:hAnsi="Calibri" w:cs="Calibri"/>
        </w:rPr>
        <w:t>_____________________________________________________________________________________</w:t>
      </w:r>
    </w:p>
    <w:p w14:paraId="00000085" w14:textId="2E974C6A" w:rsidR="00E87710" w:rsidRPr="00CB11B7" w:rsidRDefault="003D4C20">
      <w:pPr>
        <w:rPr>
          <w:rFonts w:ascii="Calibri" w:eastAsia="Calibri" w:hAnsi="Calibri" w:cs="Calibri"/>
          <w:b/>
          <w:bCs/>
          <w:color w:val="4F81BD"/>
          <w:sz w:val="26"/>
          <w:szCs w:val="26"/>
        </w:rPr>
      </w:pPr>
      <w:r>
        <w:rPr>
          <w:rFonts w:ascii="Calibri" w:hAnsi="Calibri" w:cs="Calibri"/>
        </w:rPr>
        <w:t>_____________________________________________________________________________________</w:t>
      </w:r>
    </w:p>
    <w:sectPr w:rsidR="00E87710" w:rsidRPr="00CB11B7">
      <w:headerReference w:type="default" r:id="rId8"/>
      <w:footerReference w:type="default" r:id="rId9"/>
      <w:pgSz w:w="12240" w:h="15840"/>
      <w:pgMar w:top="1440" w:right="1440" w:bottom="1440" w:left="1440" w:header="432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235D2B" w14:textId="77777777" w:rsidR="009E6B61" w:rsidRDefault="009E6B61">
      <w:pPr>
        <w:spacing w:after="0" w:line="240" w:lineRule="auto"/>
      </w:pPr>
      <w:r>
        <w:separator/>
      </w:r>
    </w:p>
  </w:endnote>
  <w:endnote w:type="continuationSeparator" w:id="0">
    <w:p w14:paraId="190657AF" w14:textId="77777777" w:rsidR="009E6B61" w:rsidRDefault="009E6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9C6269B-0AD7-450B-AD30-B6C62957EB00}"/>
    <w:embedBold r:id="rId2" w:fontKey="{97E86711-C2B7-4F3F-B9E8-CDD1554B84F5}"/>
    <w:embedItalic r:id="rId3" w:fontKey="{EF78A2FB-0CD4-4D13-B9AB-AC0D0880E41F}"/>
    <w:embedBoldItalic r:id="rId4" w:fontKey="{63D93D44-7766-4E6B-BAC9-B06A88746AE1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5" w:fontKey="{35296361-9F4A-464F-8C5C-4AC533D43D03}"/>
    <w:embedBold r:id="rId6" w:fontKey="{CAD0A8FB-F402-4B61-ABE3-FA762FFA423D}"/>
    <w:embedItalic r:id="rId7" w:fontKey="{69634EA2-925C-44DC-9816-B9ABDFE583B9}"/>
    <w:embedBoldItalic r:id="rId8" w:fontKey="{81341056-8BC4-4F7E-B4EB-0DAB2153FC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E0002AFF" w:usb1="C0007843" w:usb2="00000009" w:usb3="00000000" w:csb0="000001FF" w:csb1="00000000"/>
    <w:embedRegular r:id="rId9" w:fontKey="{325F1263-469C-4C16-86FD-66C414C16AD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0" w:fontKey="{8C8BCEDA-B2F7-46B9-85CB-A826EA2C55D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2E560248-EBC7-4253-9D12-6C712731A2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8" w14:textId="6A40BB9F" w:rsidR="00E87710" w:rsidRDefault="00B421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noProof/>
        <w:sz w:val="36"/>
        <w:szCs w:val="36"/>
      </w:rPr>
      <w:drawing>
        <wp:anchor distT="0" distB="0" distL="114300" distR="114300" simplePos="0" relativeHeight="251659264" behindDoc="1" locked="0" layoutInCell="1" allowOverlap="1" wp14:anchorId="7E390190" wp14:editId="332A206A">
          <wp:simplePos x="0" y="0"/>
          <wp:positionH relativeFrom="column">
            <wp:posOffset>2700443</wp:posOffset>
          </wp:positionH>
          <wp:positionV relativeFrom="paragraph">
            <wp:posOffset>143298</wp:posOffset>
          </wp:positionV>
          <wp:extent cx="2015067" cy="375478"/>
          <wp:effectExtent l="0" t="0" r="4445" b="5715"/>
          <wp:wrapNone/>
          <wp:docPr id="15630941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2760619" name="Picture 8227606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5067" cy="3754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677A">
      <w:rPr>
        <w:color w:val="000000"/>
      </w:rPr>
      <w:t xml:space="preserve">Page </w:t>
    </w:r>
    <w:r w:rsidR="00F0677A">
      <w:rPr>
        <w:b/>
        <w:bCs/>
        <w:color w:val="000000"/>
        <w:sz w:val="24"/>
        <w:szCs w:val="24"/>
      </w:rPr>
      <w:fldChar w:fldCharType="begin"/>
    </w:r>
    <w:r w:rsidR="00F0677A">
      <w:rPr>
        <w:b/>
        <w:bCs/>
        <w:color w:val="000000"/>
        <w:sz w:val="24"/>
        <w:szCs w:val="24"/>
      </w:rPr>
      <w:instrText>PAGE</w:instrText>
    </w:r>
    <w:r w:rsidR="00F0677A">
      <w:rPr>
        <w:b/>
        <w:bCs/>
        <w:color w:val="000000"/>
        <w:sz w:val="24"/>
        <w:szCs w:val="24"/>
      </w:rPr>
      <w:fldChar w:fldCharType="separate"/>
    </w:r>
    <w:r w:rsidR="001D73C1">
      <w:rPr>
        <w:b/>
        <w:bCs/>
        <w:noProof/>
        <w:color w:val="000000"/>
        <w:sz w:val="24"/>
        <w:szCs w:val="24"/>
      </w:rPr>
      <w:t>1</w:t>
    </w:r>
    <w:r w:rsidR="00F0677A">
      <w:rPr>
        <w:b/>
        <w:bCs/>
        <w:color w:val="000000"/>
        <w:sz w:val="24"/>
        <w:szCs w:val="24"/>
      </w:rPr>
      <w:fldChar w:fldCharType="end"/>
    </w:r>
    <w:r w:rsidR="00F0677A">
      <w:rPr>
        <w:color w:val="000000"/>
      </w:rPr>
      <w:t xml:space="preserve"> of </w:t>
    </w:r>
    <w:r w:rsidR="00F0677A">
      <w:rPr>
        <w:b/>
        <w:bCs/>
        <w:color w:val="000000"/>
        <w:sz w:val="24"/>
        <w:szCs w:val="24"/>
      </w:rPr>
      <w:fldChar w:fldCharType="begin"/>
    </w:r>
    <w:r w:rsidR="00F0677A">
      <w:rPr>
        <w:b/>
        <w:bCs/>
        <w:color w:val="000000"/>
        <w:sz w:val="24"/>
        <w:szCs w:val="24"/>
      </w:rPr>
      <w:instrText>NUMPAGES</w:instrText>
    </w:r>
    <w:r w:rsidR="00F0677A">
      <w:rPr>
        <w:b/>
        <w:bCs/>
        <w:color w:val="000000"/>
        <w:sz w:val="24"/>
        <w:szCs w:val="24"/>
      </w:rPr>
      <w:fldChar w:fldCharType="separate"/>
    </w:r>
    <w:r w:rsidR="001D73C1">
      <w:rPr>
        <w:b/>
        <w:bCs/>
        <w:noProof/>
        <w:color w:val="000000"/>
        <w:sz w:val="24"/>
        <w:szCs w:val="24"/>
      </w:rPr>
      <w:t>2</w:t>
    </w:r>
    <w:r w:rsidR="00F0677A">
      <w:rPr>
        <w:b/>
        <w:bCs/>
        <w:color w:val="000000"/>
        <w:sz w:val="24"/>
        <w:szCs w:val="24"/>
      </w:rPr>
      <w:fldChar w:fldCharType="end"/>
    </w:r>
  </w:p>
  <w:p w14:paraId="00000089" w14:textId="506AB9F9" w:rsidR="00E87710" w:rsidRDefault="00B421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sz w:val="36"/>
        <w:szCs w:val="36"/>
      </w:rPr>
      <w:drawing>
        <wp:anchor distT="0" distB="0" distL="114300" distR="114300" simplePos="0" relativeHeight="251660288" behindDoc="1" locked="0" layoutInCell="1" allowOverlap="1" wp14:anchorId="0874C323" wp14:editId="5C178BAB">
          <wp:simplePos x="0" y="0"/>
          <wp:positionH relativeFrom="column">
            <wp:posOffset>1210733</wp:posOffset>
          </wp:positionH>
          <wp:positionV relativeFrom="paragraph">
            <wp:posOffset>20108</wp:posOffset>
          </wp:positionV>
          <wp:extent cx="1295400" cy="287655"/>
          <wp:effectExtent l="0" t="0" r="0" b="4445"/>
          <wp:wrapNone/>
          <wp:docPr id="134488527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8957435" name="Picture 146895743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307A56" w14:textId="77777777" w:rsidR="009E6B61" w:rsidRDefault="009E6B61">
      <w:pPr>
        <w:spacing w:after="0" w:line="240" w:lineRule="auto"/>
      </w:pPr>
      <w:r>
        <w:separator/>
      </w:r>
    </w:p>
  </w:footnote>
  <w:footnote w:type="continuationSeparator" w:id="0">
    <w:p w14:paraId="589C75AE" w14:textId="77777777" w:rsidR="009E6B61" w:rsidRDefault="009E6B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6" w14:textId="398ED107" w:rsidR="00E87710" w:rsidRDefault="00E23379" w:rsidP="00E01D16">
    <w:pPr>
      <w:pStyle w:val="Heading1"/>
      <w:jc w:val="center"/>
      <w:rPr>
        <w:sz w:val="36"/>
        <w:szCs w:val="36"/>
      </w:rPr>
    </w:pPr>
    <w:r>
      <w:rPr>
        <w:sz w:val="36"/>
        <w:szCs w:val="36"/>
      </w:rPr>
      <w:t>Mental Health Care Insurance Coverage Research Form</w:t>
    </w:r>
    <w:sdt>
      <w:sdtPr>
        <w:tag w:val="goog_rdk_90"/>
        <w:id w:val="-353489913"/>
        <w:showingPlcHdr/>
      </w:sdtPr>
      <w:sdtContent>
        <w:r>
          <w:t xml:space="preserve">     </w:t>
        </w:r>
      </w:sdtContent>
    </w:sdt>
    <w:r>
      <w:rPr>
        <w:sz w:val="36"/>
        <w:szCs w:val="36"/>
      </w:rPr>
      <w:t xml:space="preserve"> </w:t>
    </w:r>
  </w:p>
  <w:p w14:paraId="00000087" w14:textId="77777777" w:rsidR="00E87710" w:rsidRDefault="00E877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4144DE"/>
    <w:multiLevelType w:val="multilevel"/>
    <w:tmpl w:val="58844BC0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42287689">
    <w:abstractNumId w:val="0"/>
  </w:num>
  <w:num w:numId="2" w16cid:durableId="18237383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13080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760130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08272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344647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710"/>
    <w:rsid w:val="000145ED"/>
    <w:rsid w:val="000263F7"/>
    <w:rsid w:val="00037046"/>
    <w:rsid w:val="001D73C1"/>
    <w:rsid w:val="00241ECC"/>
    <w:rsid w:val="00270CF0"/>
    <w:rsid w:val="003117A4"/>
    <w:rsid w:val="0031422A"/>
    <w:rsid w:val="00351028"/>
    <w:rsid w:val="0038071B"/>
    <w:rsid w:val="003C3F80"/>
    <w:rsid w:val="003D4C20"/>
    <w:rsid w:val="004029F2"/>
    <w:rsid w:val="00516BAC"/>
    <w:rsid w:val="00536BE2"/>
    <w:rsid w:val="00540C74"/>
    <w:rsid w:val="00543F90"/>
    <w:rsid w:val="005A255C"/>
    <w:rsid w:val="007509AC"/>
    <w:rsid w:val="0075723F"/>
    <w:rsid w:val="00806B6B"/>
    <w:rsid w:val="0081462F"/>
    <w:rsid w:val="008351C5"/>
    <w:rsid w:val="00851E75"/>
    <w:rsid w:val="008A53C2"/>
    <w:rsid w:val="0093533B"/>
    <w:rsid w:val="0094715E"/>
    <w:rsid w:val="009931C5"/>
    <w:rsid w:val="009A5386"/>
    <w:rsid w:val="009E6B61"/>
    <w:rsid w:val="00A01604"/>
    <w:rsid w:val="00A150F6"/>
    <w:rsid w:val="00A50ADC"/>
    <w:rsid w:val="00A611A8"/>
    <w:rsid w:val="00AB75AF"/>
    <w:rsid w:val="00B421C8"/>
    <w:rsid w:val="00B72DC2"/>
    <w:rsid w:val="00C707C3"/>
    <w:rsid w:val="00CB11B7"/>
    <w:rsid w:val="00D02578"/>
    <w:rsid w:val="00DA4A5B"/>
    <w:rsid w:val="00E01D16"/>
    <w:rsid w:val="00E23379"/>
    <w:rsid w:val="00E733A7"/>
    <w:rsid w:val="00E87710"/>
    <w:rsid w:val="00E932EA"/>
    <w:rsid w:val="00EB609E"/>
    <w:rsid w:val="00F0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3C96C"/>
  <w15:docId w15:val="{2772C016-173E-481E-9691-581A8C0B6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Xv/4vu946lOtqTW3pr4QU4GMjQ==">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789</Words>
  <Characters>4500</Characters>
  <Application>Microsoft Office Word</Application>
  <DocSecurity>0</DocSecurity>
  <Lines>37</Lines>
  <Paragraphs>10</Paragraphs>
  <ScaleCrop>false</ScaleCrop>
  <Company/>
  <LinksUpToDate>false</LinksUpToDate>
  <CharactersWithSpaces>5279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suzanne.zabawsky@claritev.com</dc:creator>
  <cp:lastModifiedBy>Lo Presti, Michael</cp:lastModifiedBy>
  <cp:revision>3</cp:revision>
  <cp:lastPrinted>2026-05-26T19:22:00Z</cp:lastPrinted>
  <dcterms:created xsi:type="dcterms:W3CDTF">2026-05-27T12:50:00Z</dcterms:created>
  <dcterms:modified xsi:type="dcterms:W3CDTF">2026-05-27T12:51:00Z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0x01010095F86AAC6857E94681A68B162EAACB57</vt:lpwstr>
  </property>
  <property fmtid="{D5CDD505-2E9C-101B-9397-08002B2CF9AE}" pid="3" name="MediaServiceImageTags">
    <vt:lpwstr/>
  </property>
</Properties>
</file>